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ITFSTitle"/>
        <w:keepNext/>
      </w:pPr>
      <w:r>
        <w:t>[ARTICLE TITLE]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5046"/>
        <w:gridCol w:w="5046"/>
      </w:tblGrid>
      <w:tr>
        <w:tc>
          <w:tcPr>
            <w:tcW w:type="dxa" w:w="4932"/>
            <w:tcMar>
              <w:top w:w="20" w:type="dxa"/>
              <w:start w:w="70" w:type="dxa"/>
              <w:bottom w:w="20" w:type="dxa"/>
              <w:end w:w="70" w:type="dxa"/>
            </w:tcMar>
            <w:vAlign w:val="top"/>
          </w:tcPr>
          <w:p>
            <w:pPr>
              <w:pStyle w:val="ITFSAuthor"/>
            </w:pPr>
            <w:r>
              <w:t>[Author 1 Name]</w:t>
            </w:r>
          </w:p>
          <w:p>
            <w:pPr>
              <w:pStyle w:val="ITFSAffiliation"/>
            </w:pPr>
            <w:r>
              <w:t>[Faculty / Department]</w:t>
            </w:r>
          </w:p>
          <w:p>
            <w:pPr>
              <w:pStyle w:val="ITFSAffiliation"/>
            </w:pPr>
            <w:r>
              <w:t>[University / Institution]</w:t>
            </w:r>
          </w:p>
          <w:p>
            <w:pPr>
              <w:pStyle w:val="ITFSAuthorDetail"/>
            </w:pPr>
            <w:r>
              <w:t>[City, Province/State]</w:t>
            </w:r>
          </w:p>
          <w:p>
            <w:pPr>
              <w:pStyle w:val="ITFSAuthorDetail"/>
            </w:pPr>
            <w:r>
              <w:t>[author@email.com]</w:t>
            </w:r>
          </w:p>
        </w:tc>
        <w:tc>
          <w:tcPr>
            <w:tcW w:type="dxa" w:w="4932"/>
            <w:tcMar>
              <w:top w:w="20" w:type="dxa"/>
              <w:start w:w="70" w:type="dxa"/>
              <w:bottom w:w="20" w:type="dxa"/>
              <w:end w:w="70" w:type="dxa"/>
            </w:tcMar>
            <w:vAlign w:val="top"/>
          </w:tcPr>
          <w:p>
            <w:pPr>
              <w:pStyle w:val="ITFSAuthor"/>
            </w:pPr>
            <w:r>
              <w:t>[Author 2 Name]</w:t>
            </w:r>
          </w:p>
          <w:p>
            <w:pPr>
              <w:pStyle w:val="ITFSAffiliation"/>
            </w:pPr>
            <w:r>
              <w:t>[Faculty / Department]</w:t>
            </w:r>
          </w:p>
          <w:p>
            <w:pPr>
              <w:pStyle w:val="ITFSAffiliation"/>
            </w:pPr>
            <w:r>
              <w:t>[University / Institution]</w:t>
            </w:r>
          </w:p>
          <w:p>
            <w:pPr>
              <w:pStyle w:val="ITFSAuthorDetail"/>
            </w:pPr>
            <w:r>
              <w:t>[City, Province/State]</w:t>
            </w:r>
          </w:p>
          <w:p>
            <w:pPr>
              <w:pStyle w:val="ITFSAuthorDetail"/>
            </w:pPr>
            <w:r>
              <w:t>[author@email.com]</w:t>
            </w:r>
          </w:p>
        </w:tc>
      </w:tr>
      <w:tr>
        <w:tc>
          <w:tcPr>
            <w:tcW w:type="dxa" w:w="4932"/>
            <w:tcMar>
              <w:top w:w="20" w:type="dxa"/>
              <w:start w:w="70" w:type="dxa"/>
              <w:bottom w:w="20" w:type="dxa"/>
              <w:end w:w="70" w:type="dxa"/>
            </w:tcMar>
            <w:vAlign w:val="top"/>
          </w:tcPr>
          <w:p>
            <w:pPr>
              <w:pStyle w:val="ITFSAuthor"/>
            </w:pPr>
            <w:r>
              <w:t>[Author 3 Name]</w:t>
            </w:r>
          </w:p>
          <w:p>
            <w:pPr>
              <w:pStyle w:val="ITFSAffiliation"/>
            </w:pPr>
            <w:r>
              <w:t>[Faculty / Department]</w:t>
            </w:r>
          </w:p>
          <w:p>
            <w:pPr>
              <w:pStyle w:val="ITFSAffiliation"/>
            </w:pPr>
            <w:r>
              <w:t>[University / Institution]</w:t>
            </w:r>
          </w:p>
          <w:p>
            <w:pPr>
              <w:pStyle w:val="ITFSAuthorDetail"/>
            </w:pPr>
            <w:r>
              <w:t>[City, Province/State]</w:t>
            </w:r>
          </w:p>
          <w:p>
            <w:pPr>
              <w:pStyle w:val="ITFSAuthorDetail"/>
            </w:pPr>
            <w:r>
              <w:t>[author@email.com]</w:t>
            </w:r>
          </w:p>
        </w:tc>
        <w:tc>
          <w:tcPr>
            <w:tcW w:type="dxa" w:w="4932"/>
            <w:tcMar>
              <w:top w:w="20" w:type="dxa"/>
              <w:start w:w="70" w:type="dxa"/>
              <w:bottom w:w="20" w:type="dxa"/>
              <w:end w:w="70" w:type="dxa"/>
            </w:tcMar>
            <w:vAlign w:val="top"/>
          </w:tcPr>
          <w:p>
            <w:pPr>
              <w:pStyle w:val="ITFSAuthor"/>
            </w:pPr>
            <w:r>
              <w:t>[Author 4 Name]</w:t>
            </w:r>
          </w:p>
          <w:p>
            <w:pPr>
              <w:pStyle w:val="ITFSAffiliation"/>
            </w:pPr>
            <w:r>
              <w:t>[Faculty / Department]</w:t>
            </w:r>
          </w:p>
          <w:p>
            <w:pPr>
              <w:pStyle w:val="ITFSAffiliation"/>
            </w:pPr>
            <w:r>
              <w:t>[University / Institution]</w:t>
            </w:r>
          </w:p>
          <w:p>
            <w:pPr>
              <w:pStyle w:val="ITFSAuthorDetail"/>
            </w:pPr>
            <w:r>
              <w:t>[City, Province/State]</w:t>
            </w:r>
          </w:p>
          <w:p>
            <w:pPr>
              <w:pStyle w:val="ITFSAuthorDetail"/>
            </w:pPr>
            <w:r>
              <w:t>[author@email.com]</w:t>
            </w:r>
          </w:p>
        </w:tc>
      </w:tr>
    </w:tbl>
    <w:p>
      <w:pPr>
        <w:pStyle w:val="ITFSInstruction"/>
      </w:pPr>
      <w:r>
        <w:t>Delete unused author blocks. Add additional author blocks only when necessary.</w:t>
      </w:r>
    </w:p>
    <w:p>
      <w:pPr>
        <w:sectPr>
          <w:headerReference w:type="default" r:id="rId9"/>
          <w:footerReference w:type="default" r:id="rId10"/>
          <w:pgSz w:w="11906" w:h="16838"/>
          <w:pgMar w:top="567" w:right="907" w:bottom="1077" w:left="907" w:header="312" w:footer="369" w:gutter="0"/>
          <w:cols w:space="720"/>
          <w:docGrid w:linePitch="360"/>
        </w:sectPr>
      </w:pPr>
    </w:p>
    <w:p>
      <w:pPr>
        <w:pStyle w:val="ITFSAbstract"/>
        <w:spacing w:before="0" w:after="0"/>
        <w:jc w:val="both"/>
      </w:pPr>
      <w:r>
        <w:rPr>
          <w:b/>
          <w:i/>
        </w:rPr>
        <w:t xml:space="preserve">Abstract - </w:t>
      </w:r>
      <w:r>
        <w:t>[Write a concise abstract of approximately 150-250 words covering the background/problem, objective, method, key results, and conclusion. Do not include citations.]</w:t>
      </w:r>
    </w:p>
    <w:p>
      <w:pPr>
        <w:pStyle w:val="ITFSKeywords"/>
      </w:pPr>
      <w:r>
        <w:rPr>
          <w:b/>
          <w:i/>
        </w:rPr>
        <w:t xml:space="preserve">Keywords: </w:t>
      </w:r>
      <w:r>
        <w:t>[Keyword 1, Keyword 2, Keyword 3, Keyword 4, Keyword 5]</w:t>
      </w:r>
    </w:p>
    <w:p>
      <w:pPr>
        <w:pStyle w:val="ITFSSection"/>
        <w:keepNext/>
        <w:keepLines/>
      </w:pPr>
      <w:r>
        <w:t>I. INTRODUCTION</w:t>
      </w:r>
    </w:p>
    <w:p>
      <w:pPr/>
      <w:r>
        <w:t>[Present the background, motivation, research problem, research gap, objectives, and main contribution of the study. Use relevant citations where appropriate.]</w:t>
      </w:r>
    </w:p>
    <w:p>
      <w:pPr/>
      <w:r>
        <w:t>[Continue the introduction as needed. The manuscript body should remain in two columns and use justified Times New Roman text.]</w:t>
      </w:r>
    </w:p>
    <w:p>
      <w:pPr>
        <w:pStyle w:val="ITFSSection"/>
        <w:keepNext/>
        <w:keepLines/>
      </w:pPr>
      <w:r>
        <w:t>II. RESEARCH METHODOLOGY</w:t>
      </w:r>
    </w:p>
    <w:p>
      <w:pPr/>
      <w:r>
        <w:t>[Describe the research design, data or participants, tools, system architecture, algorithms, experimental setup, implementation procedure, and evaluation method in enough detail for replication.]</w:t>
      </w:r>
    </w:p>
    <w:p>
      <w:pPr>
        <w:pStyle w:val="ITFSSubsection"/>
        <w:keepNext/>
      </w:pPr>
      <w:r>
        <w:t>A. [Subsection Title]</w:t>
      </w:r>
    </w:p>
    <w:p>
      <w:pPr/>
      <w:r>
        <w:t>[Subsection content.]</w:t>
      </w:r>
    </w:p>
    <w:p>
      <w:pPr>
        <w:jc w:val="center"/>
      </w:pPr>
      <w:r>
        <w:rPr>
          <w:rFonts w:ascii="Times New Roman" w:hAnsi="Times New Roman"/>
          <w:b/>
          <w:sz w:val="18"/>
        </w:rPr>
        <w:t>[INSERT FIGURE / DIAGRAM HERE]</w:t>
      </w:r>
    </w:p>
    <w:p>
      <w:pPr>
        <w:pStyle w:val="ITFSCaption"/>
      </w:pPr>
      <w:r>
        <w:t>Figure 1. [Figure caption]</w:t>
      </w:r>
    </w:p>
    <w:p>
      <w:pPr>
        <w:pStyle w:val="ITFSSection"/>
        <w:keepNext/>
        <w:keepLines/>
      </w:pPr>
      <w:r>
        <w:t>III. RESULT AND DISCUSSION</w:t>
      </w:r>
    </w:p>
    <w:p>
      <w:pPr/>
      <w:r>
        <w:t>[Present the main results clearly. Refer to each figure and table in the text, compare findings with relevant prior work, and discuss implications, limitations, and possible explanations.]</w:t>
      </w:r>
    </w:p>
    <w:p>
      <w:pPr>
        <w:jc w:val="center"/>
      </w:pPr>
      <w:r>
        <w:rPr>
          <w:rFonts w:ascii="Times New Roman" w:hAnsi="Times New Roman"/>
          <w:b/>
          <w:sz w:val="18"/>
        </w:rPr>
        <w:t>[INSERT TABLE HERE]</w:t>
      </w:r>
    </w:p>
    <w:p>
      <w:pPr>
        <w:pStyle w:val="ITFSCaption"/>
      </w:pPr>
      <w:r>
        <w:t>Table 1. [Table caption]</w:t>
      </w:r>
    </w:p>
    <w:p>
      <w:pPr>
        <w:pStyle w:val="ITFSSection"/>
        <w:keepNext/>
        <w:keepLines/>
      </w:pPr>
      <w:r>
        <w:t>IV. CONCLUSIONS</w:t>
      </w:r>
    </w:p>
    <w:p>
      <w:pPr/>
      <w:r>
        <w:t>[Summarize the main findings and contribution. State the key limitation(s) and realistic recommendations or future work. Avoid simply repeating the abstract.]</w:t>
      </w:r>
    </w:p>
    <w:p>
      <w:pPr>
        <w:pStyle w:val="ITFSSection"/>
        <w:keepNext/>
        <w:keepLines/>
      </w:pPr>
      <w:r>
        <w:t>V. REFERENCES</w:t>
      </w:r>
    </w:p>
    <w:p>
      <w:pPr>
        <w:pStyle w:val="ITFSReference"/>
        <w:ind w:left="198" w:hanging="198"/>
      </w:pPr>
      <w:r>
        <w:t>[1] A. A. Author and B. B. Author, “Title of article,” Journal Name, vol. x, no. x, pp. xx-xx, year.</w:t>
      </w:r>
    </w:p>
    <w:p>
      <w:pPr>
        <w:pStyle w:val="ITFSReference"/>
        <w:ind w:left="198" w:hanging="198"/>
      </w:pPr>
      <w:r>
        <w:t>[2] A. A. Author, Book Title. City: Publisher, year.</w:t>
      </w:r>
    </w:p>
    <w:p>
      <w:pPr>
        <w:pStyle w:val="ITFSReference"/>
        <w:ind w:left="198" w:hanging="198"/>
      </w:pPr>
      <w:r>
        <w:t>[3] Organization/Author, “Title of webpage or report,” year. [Online]. Available: URL.</w:t>
      </w:r>
    </w:p>
    <w:p>
      <w:pPr>
        <w:pStyle w:val="ITFSInstruction"/>
      </w:pPr>
      <w:r>
        <w:t>Before submission: remove all bracketed instructions/placeholders, verify author details, check figure/table numbering, and ensure every citation appears in the reference list.</w:t>
      </w:r>
    </w:p>
    <w:sectPr w:rsidR="00FC693F" w:rsidRPr="0006063C" w:rsidSect="00034616">
      <w:type w:val="continuous"/>
      <w:pgSz w:w="11906" w:h="16838"/>
      <w:pgMar w:top="454" w:right="907" w:bottom="1077" w:left="907" w:header="312" w:footer="369" w:gutter="0"/>
      <w:cols w:space="425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Times New Roman" w:hAnsi="Times New Roman"/>
        <w:sz w:val="20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rial" w:hAnsi="Arial"/>
        <w:b/>
        <w:sz w:val="20"/>
      </w:rPr>
      <w:t>IT FOR SOCIETY, Vol. XX, No. XX</w:t>
    </w:r>
  </w:p>
  <w:p>
    <w:pPr>
      <w:spacing w:after="0"/>
    </w:pPr>
    <w:r>
      <w:rPr>
        <w:rFonts w:ascii="Arial" w:hAnsi="Arial"/>
        <w:b/>
        <w:sz w:val="20"/>
      </w:rPr>
      <w:t>ISSN 2503-2224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  <w:jc w:val="both"/>
    </w:pPr>
    <w:rPr>
      <w:rFonts w:ascii="Times New Roman" w:hAnsi="Times New Roman" w:eastAsia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TFSTitle">
    <w:name w:val="ITFS Title"/>
    <w:pPr>
      <w:spacing w:before="320" w:after="360" w:line="240" w:lineRule="auto"/>
      <w:jc w:val="center"/>
    </w:pPr>
    <w:rPr>
      <w:rFonts w:ascii="Times New Roman" w:hAnsi="Times New Roman" w:eastAsia="Times New Roman"/>
      <w:b w:val="0"/>
      <w:i w:val="0"/>
      <w:sz w:val="40"/>
    </w:rPr>
  </w:style>
  <w:style w:type="paragraph" w:customStyle="1" w:styleId="ITFSAuthor">
    <w:name w:val="ITFS Author"/>
    <w:pPr>
      <w:spacing w:before="0" w:after="0" w:line="240" w:lineRule="auto"/>
      <w:jc w:val="center"/>
    </w:pPr>
    <w:rPr>
      <w:rFonts w:ascii="Times New Roman" w:hAnsi="Times New Roman" w:eastAsia="Times New Roman"/>
      <w:b w:val="0"/>
      <w:i w:val="0"/>
      <w:sz w:val="20"/>
    </w:rPr>
  </w:style>
  <w:style w:type="paragraph" w:customStyle="1" w:styleId="ITFSAffiliation">
    <w:name w:val="ITFS Affiliation"/>
    <w:pPr>
      <w:spacing w:before="0" w:after="0" w:line="240" w:lineRule="auto"/>
      <w:jc w:val="center"/>
    </w:pPr>
    <w:rPr>
      <w:rFonts w:ascii="Times New Roman" w:hAnsi="Times New Roman" w:eastAsia="Times New Roman"/>
      <w:b w:val="0"/>
      <w:i/>
      <w:sz w:val="20"/>
    </w:rPr>
  </w:style>
  <w:style w:type="paragraph" w:customStyle="1" w:styleId="ITFSAuthorDetail">
    <w:name w:val="ITFS AuthorDetail"/>
    <w:pPr>
      <w:spacing w:before="0" w:after="0" w:line="240" w:lineRule="auto"/>
      <w:jc w:val="center"/>
    </w:pPr>
    <w:rPr>
      <w:rFonts w:ascii="Times New Roman" w:hAnsi="Times New Roman" w:eastAsia="Times New Roman"/>
      <w:b w:val="0"/>
      <w:i w:val="0"/>
      <w:sz w:val="20"/>
    </w:rPr>
  </w:style>
  <w:style w:type="paragraph" w:customStyle="1" w:styleId="ITFSAbstract">
    <w:name w:val="ITFS Abstract"/>
    <w:pPr>
      <w:spacing w:before="0" w:after="0" w:line="240" w:lineRule="auto"/>
      <w:jc w:val="both"/>
    </w:pPr>
    <w:rPr>
      <w:rFonts w:ascii="Times New Roman" w:hAnsi="Times New Roman" w:eastAsia="Times New Roman"/>
      <w:b/>
      <w:i/>
      <w:sz w:val="19"/>
    </w:rPr>
  </w:style>
  <w:style w:type="paragraph" w:customStyle="1" w:styleId="ITFSKeywords">
    <w:name w:val="ITFS Keywords"/>
    <w:pPr>
      <w:spacing w:before="160" w:after="160" w:line="240" w:lineRule="auto"/>
      <w:jc w:val="both"/>
    </w:pPr>
    <w:rPr>
      <w:rFonts w:ascii="Times New Roman" w:hAnsi="Times New Roman" w:eastAsia="Times New Roman"/>
      <w:b/>
      <w:i/>
      <w:sz w:val="19"/>
    </w:rPr>
  </w:style>
  <w:style w:type="paragraph" w:customStyle="1" w:styleId="ITFSSection">
    <w:name w:val="ITFS Section"/>
    <w:pPr>
      <w:spacing w:before="160" w:after="100" w:line="240" w:lineRule="auto"/>
      <w:jc w:val="center"/>
    </w:pPr>
    <w:rPr>
      <w:rFonts w:ascii="Times New Roman" w:hAnsi="Times New Roman" w:eastAsia="Times New Roman"/>
      <w:b w:val="0"/>
      <w:i w:val="0"/>
      <w:sz w:val="20"/>
    </w:rPr>
  </w:style>
  <w:style w:type="paragraph" w:customStyle="1" w:styleId="ITFSSubsection">
    <w:name w:val="ITFS Subsection"/>
    <w:pPr>
      <w:spacing w:before="100" w:after="0" w:line="240" w:lineRule="auto"/>
      <w:jc w:val="left"/>
    </w:pPr>
    <w:rPr>
      <w:rFonts w:ascii="Times New Roman" w:hAnsi="Times New Roman" w:eastAsia="Times New Roman"/>
      <w:b w:val="0"/>
      <w:i w:val="0"/>
      <w:sz w:val="20"/>
    </w:rPr>
  </w:style>
  <w:style w:type="paragraph" w:customStyle="1" w:styleId="ITFSCaption">
    <w:name w:val="ITFS Caption"/>
    <w:pPr>
      <w:spacing w:before="60" w:after="120" w:line="240" w:lineRule="auto"/>
      <w:jc w:val="center"/>
    </w:pPr>
    <w:rPr>
      <w:rFonts w:ascii="Times New Roman" w:hAnsi="Times New Roman" w:eastAsia="Times New Roman"/>
      <w:b w:val="0"/>
      <w:i w:val="0"/>
      <w:sz w:val="18"/>
    </w:rPr>
  </w:style>
  <w:style w:type="paragraph" w:customStyle="1" w:styleId="ITFSReference">
    <w:name w:val="ITFS Reference"/>
    <w:pPr>
      <w:spacing w:before="0" w:after="0" w:line="240" w:lineRule="auto"/>
      <w:jc w:val="both"/>
    </w:pPr>
    <w:rPr>
      <w:rFonts w:ascii="Times New Roman" w:hAnsi="Times New Roman" w:eastAsia="Times New Roman"/>
      <w:b w:val="0"/>
      <w:i w:val="0"/>
      <w:sz w:val="18"/>
    </w:rPr>
  </w:style>
  <w:style w:type="paragraph" w:customStyle="1" w:styleId="ITFSInstruction">
    <w:name w:val="ITFS Instruction"/>
    <w:pPr>
      <w:spacing w:before="80" w:after="120" w:line="240" w:lineRule="auto"/>
      <w:jc w:val="center"/>
    </w:pPr>
    <w:rPr>
      <w:rFonts w:ascii="Times New Roman" w:hAnsi="Times New Roman" w:eastAsia="Times New Roman"/>
      <w:b w:val="0"/>
      <w:i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 for Society - Article Template</dc:title>
  <dc:subject>Manuscript template for IT for Society Journal of Information Technology</dc:subject>
  <dc:creator>IT for Society Editorial Office</dc:creator>
  <cp:keywords>IT for Society, journal, article template, manuscript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